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הלשון של ו׳: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שש מיומנויות הלשון של כיתה ו׳ בהתאמה למבנה שלוש הרמות של האתר (נבט, טיל, אלופים)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במגוון סוגות טקסט: מידע, סיפור, יומן, טיעון, מכתב וכתבה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ולזהות מרכיבי לשון – חלקי דיבר, שורשים, מילות קישור וסימני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עצמאית ומדורגת תוך מעקב התקדמות אישי, בדומה לדרכון החותמות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הבנת הנקרא: מגדלור הקוראים – זיכרון ופרטים מהטקסטים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לואי ברייל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הבנת הנקרא: מגדלור הקוראים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שהדיווש יהיה קל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דבר מסתורי שלא יודעים את ההסבר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להסביר איך עובדים ההילוכים דרך ביקור בסדנה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הבנת הנקרא: מגדלור הקוראים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שהתלמידים האמינו בשיטה ורצו להמשיך ללמוד בה, גם כשהמבוגרים לא תמכו בה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 אחד, כמו מגדלור, יכול להאיר ולעזור לאחרים גם בלי לשוט במקומם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ההילוך לא מוסיף כוח לרגליים, הוא רק משנה איך הכוח הקיים מתחלק בין הדיווש לתנועת הגלגל, כך שקל יותר או מהיר יותר בהתאם לצורך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בשניהם מישהו ניסה לפתור בעיה קיימת, שיפר רעיון ראשוני לאורך זמן, וההמצאה הסופית הקלה מאוד על החיים של אנשים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חלקי דיבר: תחנת הרכבת של המילים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כינוי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חלקי דיבר: תחנת הרכבת של המילים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חלקי דיבר: תחנת הרכבת של המילים – התאמה בין מילים לחלקי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(מילת יחס)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(כינוי 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שורש ומשפחת מילים: עץ המשפחות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נ.ד.ב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ל.מ.ד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ד.ב.ר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שורש ומשפחת מילים: עץ המשפחות – בניית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(נ.ד.ב)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(ד.ר.ך)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שורש ומשפחת מילים: עץ המשפחות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1. 2, 4, 3, 1, 5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עובד, מעבדה, עיבוד – כל המילים קשורות לפעולה או לתהליך של 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השורש הוא שלוש האותיות הקבועות שנושאות את המשמעות הבסיסית, והתבנית היא התפרים שסביב האותיות שמשנים את צורת המילה ולפעמים גם את תפקידה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שמירה, משמר – מילים מהשורש ש.מ.ר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מילות קישור: איי הגשרים – התאמת סוג היחס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(כאשר)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מילות קישור: איי הגשרים – השלמת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מילות קישור: איי הגשרים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מופיעה מילת ניגוד כמו אבל, אולם או לעומת זאת, והוא מציג שני רעיונות מנוגדים.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שבו מופיעה מילת סיבה כמו כי או מפני ש, ובהמשכו מילת תוצאה כמו לכן, המראה קשר של סיבה-תוצאה.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קודם כל סלים הסביר איך עובדת השרשרת -&gt; בינתיים ליה האזינה בעניין -&gt; לאחר מכן הוא הראה איך מחליפים הילוך -&gt; לבסוף היא ניסתה לרכוב בעלייה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מילת תוצאה מתארת מה קרה בעקבות דבר מה שכבר נעשה, ואילו מילת תכלית מתארת מטרה שרוצים להשיג בעתיד.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6 · אוצר מילים: מערת האוצר – הכרת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רצון לדעת ולגלות דברים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היכולת למצוא פתרון חכם ברגע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צניעות, לא להתרברב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מנהג שעובר מדור לדור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6 · אוצר מילים: מערת האוצר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אוצר מילים: מערת האוצר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ענווה היא צניעות ולא להתרברב.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קשורות לעניין והתפעלות מדבר חדש או מפתיע.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אוצר מילים: מערת האוצר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המשתמש נכון במילה נחישות בהקשר של החלטה חזקה להגיע למטרה.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יוזמה היא להתחיל לעשות משהו טוב בלי שמבקשים; התנדבות היא עזרה לאחרים בלי תשלום, בדרך כלל כשמישהו כבר ביקש או ארגן את זה.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מכל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תחנה 1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תחנת הרכבת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עץ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איי הגשרים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עיר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היכולת למצוא פתרון חכם ברגע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לואי ברייל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לכל אחת יש סיפור משלה ושלוש רמות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בתחנת הבנת הנקרא לומדים לענות על שאלות על טקסטים; בתחנת אוצר המילים לומדים מילים נרדפות, הפכים וניבים.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שמכיל את המילה נחישות ומילת קישור כמו כי, לכן, למרות ש... וכדומה.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למשל - כמו שהמגדלור מאיר דרך למלחים, גם קריאה והבנת טקסטים 'מאירה' הבנה וידע לקוראים.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מצביע/ה על תחנה ספציפית ומנמק/ת בהתייחס לסוג המיומנות (למשל: קושי בזיהוי מילות קישור של ניגוד)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תקין: שם עצם מציין דבר/אדם/מקום, פועל מתאר פעולה; שורש הוא אותיות הבסיס שממנו נבנות מילים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אסטרטגיה כמו: קריאה בהקשר, חיפוש שורש מוכר, שימוש במילון הקטן או השוואה למילה נרדפת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שש התחנות לשני מפגשים של 45 דקות (שלוש תחנות בכל מפגש) או למפגש כפול אחד של 90 דקות, בדומה למערך המוצע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רמת קושי אישית: תלמידים המתקשים יתחילו ברמת 🌱 נבט בכל תחנה, ותלמידים מתקדמים יעברו ישר ל-🏆 אלופים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עבודה בזוגות בתחנת אוצר המילים ובהבנת הנקרא, כולל שימוש ב'מילון קטן' להבהרת מילים לפני מענה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כל שימוש בחוברת בכרטיס יציאה קצר – מילה אחת שנלמדה ותחנה אחת מאתגרת – כדי לעקוב אחר התקדמות לאורך כמה שיעורים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הלשון של ו׳: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שש תחנות, בדיוק כמו במסע באתר – בכל תחנה תמצאו הסבר קצר, דוגמאות ותרגילים בשלוש רמות קושי. התחילו מהרמה שמתאימה לכם ועברו הלאה כשתרגישו בטוחים, וסמנו ✓ ליד כל תרגיל שסיימתם.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הבנת הנקרא: מגדלור הקוראים – זיכרון ופרטים מהטקסטים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הכתבה על האופניים, במה השתמשו כדי למחוק סימני עיפרון לפני שהיה מחק?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בחתיכת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בפירורי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במים וסבון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בולטות יש בתא הבסיסי של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המציא את כתב הברייל?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לואי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המדריך במגדלור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רונית המאמנת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הבנת הנקרא: מגדלור הקוראים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בעלייה שמים גלגל שיניים קטן מקדימה וגדול מאחור?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שהאופניים ייראו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שהדיווש יהיה קל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שהשרשרת לא תישבר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להאיץ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"תעלומה" כפי שהיא מופיעה בדף העזר?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מצחיק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מסתורי שלא יודעים את ההסבר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חדש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טקסט הוא "מכתב מהמגדלור"?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הכותבים בכתבה על סדנת הגלגל?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לקנות אופניים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איך עובדים ההילוכים דרך ביקור בסדנה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על תחרות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כלי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הבנת הנקרא: מגדלור הקוראים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להסיק מכך שהתלמידים למדו את כתב ברייל "כמעט בסתר"?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הרעיון המרכזי של המכתב מהמגדלור, מעבר לתיאור הביקור?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מדוע ההילוך, לפי הכתבה על האופניים, "לא נותן כוח חדש" אלא רק "עוזר לחלק נכון את הכוח"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משותף לסיפור של כתב ברייל ולסיפור של המחק, כפי שעולה משני הטקסטים?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חלקי דיבר: תחנת הרכבת של המילים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חלק דיבר שייכת המילה 'מגדלור'?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'הילד הסקרן שאל שאלות' המילה 'הסקרן'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'הוא מדווש לאט בעלייה' המילה 'מדווש'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'הספר מונח על השולחן' המילה 'על'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'הם' במשפט 'הם תיקנו את האופניים'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חלקי דיבר: תחנת הרכבת של המילים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השלימו שם עצם מתאים: ה__________ עמד ליד הים והאיר לספינות בלילה.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 שם תואר מתאים: הילד ה__________ פתר את כל השאלות הקשות בלי לוותר.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השלימו פועל מתאים: הילדים __________ באופניים בחצר המתנ״ס בכל שישי.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השלימו מילת יחס מתאימה: הספר נמצא __________ השולחן.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חלקי דיבר: תחנת הרכבת של המילים – התאמה בין מילים לחלקי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תושייה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גמיש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כינוי 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התנדב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שורש ומשפחת מילים: עץ המשפחות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"כתיבה"?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ת.י.ב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כ.י.ב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"שומר"?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ש.מ.ר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ש.ו.ר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מ.ר.ש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ש.מ.ש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השורש של המילה "מתנדבים"?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נ.ד.ב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ת.נ.ד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נ.ד.ם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ד.ב.ם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"לימוד"?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מ.ו.ד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ל.י.ד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ד.ו.ד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המילה "דיבור"?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ד.ב.ר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ד.י.ר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ב.ו.ר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ד.י.ב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שורש ומשפחת מילים: עץ המשפחות – בניית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ד.ר.ך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נ.ד.ב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התנדבות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ש.מ.ר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כ.ת.ב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שורש ומשפחת מילים: עץ המשפחות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לפי הסדר הנכון את השלבים למציאת השורש של מילה: (1) מצאו את שלוש או ארבע האותיות המרכזיות שחוזרות במשפחת המילים (2) קראו את המילה בקול (3) הסירו תוספות בסוף המילה כמו ות, ים, ה (4) הסירו אותיות שימוש בתחילת המילה כמו ה, ו, ל, ב (5) בדקו שהשורש מתאים למשמעות המילה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נוספות מהשורש של המילה "עבודה", והסבירו מה המשמעות המשותפת שלהן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המילים "שומר" ו"משמר" נבנות מאותו שורש אך בתבנית שונה. הסבירו בעצמכם מה ההבדל בין שורש לתבנית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מהסיפור "מכתב מהמגדלור" (כגון שומר) וכתבו עוד שתי מילים מאותה משפחה שלא הופיעו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מילות קישור: איי הגשרים – התאמת סוג היחס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תוספת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כאשר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מילות קישור: איי הגשרים – השלמת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רועי אוהב כדורגל, __________ הוא אוהב גם שחייה.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ליה רצתה לנצח __________ היא התאמנה המון.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ירד גשם חזק, __________ יצאנו לטיול בכל זאת.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סלים תיקן את האופניים __________ ליה תוכל לרכב בבטחה.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תסיים את שיעורי הבית, תוכל לצאת לשחק.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מילות קישור: איי הגשרים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שמחבר בין שני רעיונות ביחס של ניגוד, והשתמשו במילת קישור מתאימה.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שמחבר סיבה לתוצאה שלה, ושימוש בשתי מילות קישור שונות (אחת לסיבה ואחת לתוצאה).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סדרו לפי סדר הזמן הנכון: 'לבסוף היא ניסתה לרכוב בעלייה' / 'קודם כל סלים הסביר איך עובדת השרשרת' / 'בינתיים ליה האזינה בעניין' / 'לאחר מכן הוא הראה איך מחליפים הילוך'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שלכם: מה ההבדל בין מילת קישור שמביעה תוצאה (כמו לכן) לבין מילת קישור שמביעה תכלית (כמו כדי ש)?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6 · אוצר מילים: מערת האוצר – הכרת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"סקרנות"?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 לדעת ולגלות דברים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 מדברים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עצלנות וחוסר 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 על דברים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"תושייה"?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לוותר כשקשה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למצוא פתרון חכם ברגע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עזרה מאחרים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לפחד מבעיות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המילה "ענווה"?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להתרברב בהצלחות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כעס על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צניעות, לא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לדרוש תשבוחות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המילה "מסורת"?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מנהג שעובר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חדש שנכתב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בדיוני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6 · אוצר מילים: מערת האוצר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בזכות __________, נועה למדה לנגן ביד שמאל ובימין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עידו הובילה אותו לפרק את השעון הישן.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לירון לקחה __________ וארגנה מכירת עוגות למען בעלי 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כשנגמר החבל, אלון הפגין __________ וקשר את האוהל בשרוכים.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מצאנו __________: חצי הפסקה כדורגל וחצי הפסקה כדורעף.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6 · אוצר מילים: מערת האוצר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"ענווה" פירושה להתרברב ולהתגאות.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במילים "סקרנות" ו"פליאה" באותו משפט כדי לתאר ילד שמתפעל מדבר מפתיע.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אוצר מילים: מערת האוצר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עם המילה "נחישות", בדומה לדוגמאות בדף העזר.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"יוזמה" ל"התנדבות".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מכל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תחנה פוגשים את מגדלור הקוראים ועובדים על הבנת הנקרא?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תחנה 1 – הבנת הנקרא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תחנה 2 – חלקי 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תחנה 5 –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תחנה 6 – אוצר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נקראת התחנה שבה לומדים על חלקי דיבר כמו שם עצם ופועל?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תחנת הרכבת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תחנה עוסקים בשורש ובמשפחת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התחנה שעוסקת במילות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תחנת הרכבת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תחנה לומדים על נקודה, פסיק וסימן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'תושייה', שנלמדה בתחנת אוצר המילים, פירושה: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 לדעת ולגלות דברים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למצוא פתרון חכם ברגע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צניעות ולא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החלטה חזקה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בטקסט 'כתב שקוראים בקצות האצבעות' (תחנה 1), מי המציא את הכתב שבו עוסק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מדען אנגלי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לואי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ממציא אמריקאי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מתנדב בשם סלים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המשותף לכל שש התחנות במסע הלשון?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עוסקות רק בפיסוק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 אחת יש סיפור משלה ושלוש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ללא טקסטים לקריאה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עוסקות רק בדקדוק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מתוך שש התחנות במסע וכתבו במשפט אחד לכל תחנה מה לומדים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שמשתמש במילה 'נחישות' (מתחנת אוצר המילים) ובמילת קישור אחת (מתחנת איי הגשרים).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בסיפור 'מכתב מהמגדלור' (תחנה 1) נעמה כותבת שכל אחד מאיתנו 'קצת דומה למגדלור'. הסבירו בשתיים-שלוש שורות למה לדעתכם שם התחנה הראשונה במסע הוא דווקא 'מגדלור הקוראים'.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תחנות מהחוברת היו לי הכי קלות, ואילו שתיים הכי מאתגרות?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במילים שלי מה ההבדל בין שם עצם לפועל, ובין שורש למילה?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כשאני פוגש/ת מילה חדשה בטקסט, אילו אסטרטגיות עזרו לי להבין את משמעותה?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הלשון של ו׳: שש תחנות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