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הלשון של ו׳: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שש מיומנויות הלשון של כיתה ו׳ בהתאמה למבנה שלוש הרמות של האתר (נבט, טיל, אלופים)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במגוון סוגות טקסט: מידע, סיפור, יומן, טיעון, מכתב וכתבה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מרכיבי לשון – חלקי דיבר, שורשים, מילות קישור וסימני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עצמאית ומדורגת תוך מעקב התקדמות אישי, בדומה לדרכון החותמות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מגדלור הקוראים – זיכרון ופרטים מהטקסטים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מגדלור הקוראים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שהדיווש יהיה קל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מסתורי שלא יודעים את ההסבר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מגדלור הקוראים – חשיבה והסקה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חלקי דיבר: תחנת הרכבת של המילים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חלקי דיבר: תחנת הרכבת של המילים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סקרן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חלקי דיבר: תחנת הרכבת של המילים – התאמה בין מילים לחלקי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(כינוי 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שורש ומשפחת מילים: עץ המשפחות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נ.ד.ב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שורש ומשפחת מילים: עץ המשפחות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(ל.מ.ד)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שורש ומשפחת מילים: עץ המשפחות – חשיבה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מילות קישור: איי הגשרים – התאמת סוג היחס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מילות קישור: איי הגשרים – השלמת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מילות קישור: איי הגשרים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מופיעה מילת ניגוד כמו אבל, אולם או לעומת זאת, והוא מציג שני רעיונות מנוגדים.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6 · אוצר מילים: מערת האוצר – הכרת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רצון לדעת ולגלות דברים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היכולת למצוא פתרון חכם ברגע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צניעות, לא להתרברב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6 · אוצר מילים: מערת האוצר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סקרנות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אוצר מילים: מערת האוצר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ענווה היא צניעות ולא להתרברב.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אוצר מילים: מערת האוצר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מכל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תחנה 1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תחנת הרכבת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עץ המשפחות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בתחנת הבנת הנקרא לומדים לענות על שאלות על טקסטים; בתחנת אוצר המילים לומדים מילים נרדפות, הפכים וניבים.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שמכיל את המילה נחישות ומילת קישור כמו כי, לכן, למרות ש... וכדומה.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תחנה ספציפית ומנמק/ת בהתייחס לסוג המיומנות (למשל: קושי בזיהוי מילות קישור של ניגוד)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תקין: שם עצם מציין דבר/אדם/מקום, פועל מתאר פעולה; שורש הוא אותיות הבסיס שממנו נבנות מילים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אסטרטגיה כמו: קריאה בהקשר, חיפוש שורש מוכר, שימוש במילון הקטן או השוואה למילה 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שש התחנות לשני מפגשים של 45 דקות (שלוש תחנות בכל מפגש) או למפגש כפול אחד של 90 דקות, בדומה למערך המוצע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רמת קושי אישית: תלמידים המתקשים יתחילו ברמת 🌱 נבט בכל תחנה, ותלמידים מתקדמים יעברו ישר ל-🏆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עבודה בזוגות בתחנת אוצר המילים ובהבנת הנקרא, כולל שימוש ב'מילון קטן' להבהרת מילים לפני מענה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שימוש בחוברת בכרטיס יציאה קצר – מילה אחת שנלמדה ותחנה אחת מאתגרת – כדי לעקוב אחר התקדמות לאורך כמה שיעורים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הלשון של ו׳: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שש תחנות, בדיוק כמו במסע באתר – בכל תחנה תמצאו הסבר קצר, דוגמאות ותרגילים בשלוש רמות קושי. התחילו מהרמה שמתאימה לכם ועברו הלאה כשתרגישו בטוחים, וסמנו ✓ ליד כל תרגיל שסיימתם.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מגדלור  ·  התמדה  ·  גם  ·  כי  ·  סקרן  ·  סקרנות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הבנת הנקרא: מגדלור הקוראים – זיכרון ופרטים מהטקסטים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הכתבה על האופניים, במה השתמשו כדי למחוק סימני עיפרון לפני שהיה מחק?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בחתיכת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בגיר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בפירורי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נקודות בולטות יש בתא הבסיסי של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הבנת הנקרא: מגדלור הקוראים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בעלייה שמים גלגל שיניים קטן מקדימה וגדול מאחור?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שהאופניים ייראו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שהדיווש יהיה קל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שהשרשרת לא תישבר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המילה "תעלומה" כפי שהיא מופיעה בדף העזר?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מצחיק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מסתורי שלא יודעים את ההסבר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מתנה יקרה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הבנת הנקרא: מגדלור הקוראים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חלקי דיבר: תחנת הרכבת של המילים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חלק דיבר שייכת המילה 'מגדלור'?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'הילד הסקרן שאל שאלות' המילה 'הסקרן'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במשפט 'הוא מדווש לאט בעלייה' המילה 'מדווש'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חלקי דיבר: תחנת הרכבת של המילים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השלימו שם עצם מתאים: ה__________ עמד ליד הים והאיר לספינות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השלימו שם תואר מתאים: הילד ה__________ פתר את כל השאלות הקשות בלי לוותר.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חלקי דיבר: תחנת הרכבת של המילים – התאמה בין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כינוי 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מילת יחס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שורש ומשפחת מילים: עץ המשפחות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"כתיבה"?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כ.ת.י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"שומר"?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ש.ו.ר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מ.ר.ש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השורש של המילה "מתנדבים"?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נ.ד.ב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ת.נ.ד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נ.ד.ם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שורש ומשפחת מילים: עץ המשפחות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כ.ת.ב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שורש ומשפחת מילים: עץ המשפחות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מילות קישור: איי הגשרים – התאמת סוג היחס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תוספת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מילות קישור: איי הגשרים – השלמת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רועי אוהב כדורגל, __________ הוא אוהב גם שחייה.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ליה רצתה לנצח __________ היא התאמנה המון.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מילות קישור: איי הגשרים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שמחבר בין שני רעיונות ביחס של ניגוד, והשתמשו במילת קישור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6 · אוצר מילים: מערת האוצר – הכרת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"סקרנות"?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רצון לדעת ולגלות 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פחד מדברים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עצלנות וחוסר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המילה "תושייה"?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לוותר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היכולת למצוא פתרון חכם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לבקש עזרה מאחרים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המילה "ענווה"?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להתרברב בהצלחות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כעס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צניעות, לא להתרברב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6 · אוצר מילים: מערת האוצר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בזכות __________, נועה למדה לנגן ביד שמאל ובימין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של עידו הובילה אותו לפרק את השעון הישן.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6 · אוצר מילים: מערת האוצר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"ענווה" פירושה להתרברב ולהתגאות.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אוצר מילים: מערת האוצר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מכל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תחנה פוגשים את מגדלור הקוראים ועובדים על הבנת הנקרא?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תחנה 1 – הבנת הנקרא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תחנה 2 – חלקי 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תחנה 5 –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נקראת התחנה שבה לומדים על חלקי דיבר כמו שם עצם ופועל?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תחנת הרכבת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תחנה עוסקים בשורש ובמשפחת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מגדלור הקוראים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שתיים מתוך שש התחנות במסע וכתבו במשפט אחד לכל תחנה מה לומדים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שמשתמש במילה 'נחישות' (מתחנת אוצר המילים) ובמילת קישור אחת (מתחנת איי הגשרים).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שתי תחנות מהחוברת היו לי הכי קלות, ואילו שתיים הכי מאתגרות?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להסביר במילים שלי מה ההבדל בין שם עצם לפועל, ובין שורש למילה?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הלשון של ו׳: שש תחנות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